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63ED" w14:textId="77777777" w:rsidR="006B6F43" w:rsidRDefault="00000000">
      <w:pPr>
        <w:spacing w:after="40"/>
        <w:jc w:val="center"/>
      </w:pPr>
      <w:r>
        <w:rPr>
          <w:rFonts w:ascii="Times New Roman" w:hAnsi="Times New Roman"/>
          <w:b/>
          <w:sz w:val="28"/>
        </w:rPr>
        <w:t>GÜMÜŞHANE ÜNİVERSİTESİ</w:t>
      </w:r>
    </w:p>
    <w:p w14:paraId="102B3C10" w14:textId="77777777" w:rsidR="006B6F43" w:rsidRDefault="00000000">
      <w:pPr>
        <w:spacing w:after="40"/>
        <w:jc w:val="center"/>
      </w:pPr>
      <w:r>
        <w:rPr>
          <w:rFonts w:ascii="Times New Roman" w:hAnsi="Times New Roman"/>
          <w:b/>
          <w:sz w:val="24"/>
        </w:rPr>
        <w:t>Edebiyat Fakültesi</w:t>
      </w:r>
    </w:p>
    <w:p w14:paraId="65ABF7CB" w14:textId="77777777" w:rsidR="006B6F43" w:rsidRDefault="00000000">
      <w:pPr>
        <w:jc w:val="center"/>
      </w:pPr>
      <w:r>
        <w:rPr>
          <w:rFonts w:ascii="Times New Roman" w:hAnsi="Times New Roman"/>
          <w:b/>
          <w:sz w:val="24"/>
        </w:rPr>
        <w:t>İngiliz Dili ve Edebiyatı Bölümü</w:t>
      </w:r>
    </w:p>
    <w:p w14:paraId="114E199D" w14:textId="77777777" w:rsidR="006B6F43" w:rsidRDefault="00000000">
      <w:pPr>
        <w:spacing w:after="280"/>
        <w:jc w:val="center"/>
      </w:pPr>
      <w:r>
        <w:rPr>
          <w:rFonts w:ascii="Times New Roman" w:hAnsi="Times New Roman"/>
          <w:b/>
          <w:sz w:val="28"/>
        </w:rPr>
        <w:t>EK-2 SINAV TAKVİMİ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00"/>
        <w:gridCol w:w="1500"/>
        <w:gridCol w:w="4600"/>
      </w:tblGrid>
      <w:tr w:rsidR="006B6F43" w14:paraId="36DB0046" w14:textId="77777777">
        <w:trPr>
          <w:jc w:val="center"/>
        </w:trPr>
        <w:tc>
          <w:tcPr>
            <w:tcW w:w="3000" w:type="dxa"/>
            <w:vAlign w:val="center"/>
          </w:tcPr>
          <w:p w14:paraId="7C3960F7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  <w:b/>
              </w:rPr>
              <w:t>Ders</w:t>
            </w:r>
          </w:p>
        </w:tc>
        <w:tc>
          <w:tcPr>
            <w:tcW w:w="1500" w:type="dxa"/>
            <w:vAlign w:val="center"/>
          </w:tcPr>
          <w:p w14:paraId="4049E821" w14:textId="77777777" w:rsidR="006B6F43" w:rsidRDefault="00000000">
            <w:pPr>
              <w:jc w:val="center"/>
            </w:pPr>
            <w:r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4600" w:type="dxa"/>
            <w:vAlign w:val="center"/>
          </w:tcPr>
          <w:p w14:paraId="6E5B1254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  <w:b/>
              </w:rPr>
              <w:t>Tarih</w:t>
            </w:r>
          </w:p>
        </w:tc>
      </w:tr>
      <w:tr w:rsidR="006B6F43" w14:paraId="16F0668D" w14:textId="77777777">
        <w:trPr>
          <w:jc w:val="center"/>
        </w:trPr>
        <w:tc>
          <w:tcPr>
            <w:tcW w:w="3000" w:type="dxa"/>
            <w:vAlign w:val="center"/>
          </w:tcPr>
          <w:p w14:paraId="0AA65CAB" w14:textId="77777777" w:rsidR="00FD74C3" w:rsidRPr="006E69E4" w:rsidRDefault="00000000">
            <w:pPr>
              <w:rPr>
                <w:lang w:val="tr-TR"/>
              </w:rPr>
            </w:pPr>
            <w:r w:rsidRPr="006E69E4">
              <w:rPr>
                <w:rFonts w:ascii="Times New Roman" w:hAnsi="Times New Roman"/>
                <w:lang w:val="tr-TR"/>
              </w:rPr>
              <w:t>Amerikan Romanı</w:t>
            </w:r>
          </w:p>
        </w:tc>
        <w:tc>
          <w:tcPr>
            <w:tcW w:w="1500" w:type="dxa"/>
            <w:vAlign w:val="center"/>
          </w:tcPr>
          <w:p w14:paraId="2B3DBA6E" w14:textId="77777777" w:rsidR="006B6F43" w:rsidRDefault="00000000">
            <w:pPr>
              <w:jc w:val="center"/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600" w:type="dxa"/>
            <w:vAlign w:val="center"/>
          </w:tcPr>
          <w:p w14:paraId="7A25CB2D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18.08.2026 </w:t>
            </w:r>
          </w:p>
        </w:tc>
      </w:tr>
      <w:tr w:rsidR="006B6F43" w14:paraId="5A6C4387" w14:textId="77777777">
        <w:trPr>
          <w:jc w:val="center"/>
        </w:trPr>
        <w:tc>
          <w:tcPr>
            <w:tcW w:w="3000" w:type="dxa"/>
            <w:vAlign w:val="center"/>
          </w:tcPr>
          <w:p w14:paraId="1F9AE39A" w14:textId="77777777" w:rsidR="00FD74C3" w:rsidRPr="006E69E4" w:rsidRDefault="00000000">
            <w:pPr>
              <w:rPr>
                <w:lang w:val="tr-TR"/>
              </w:rPr>
            </w:pPr>
            <w:proofErr w:type="spellStart"/>
            <w:r w:rsidRPr="006E69E4">
              <w:rPr>
                <w:rFonts w:ascii="Times New Roman" w:hAnsi="Times New Roman"/>
                <w:lang w:val="tr-TR"/>
              </w:rPr>
              <w:t>Ekoeleştiri</w:t>
            </w:r>
            <w:proofErr w:type="spellEnd"/>
          </w:p>
        </w:tc>
        <w:tc>
          <w:tcPr>
            <w:tcW w:w="1500" w:type="dxa"/>
            <w:vAlign w:val="center"/>
          </w:tcPr>
          <w:p w14:paraId="141A3D26" w14:textId="77777777" w:rsidR="006B6F43" w:rsidRDefault="00000000">
            <w:pPr>
              <w:jc w:val="center"/>
            </w:pPr>
            <w:r>
              <w:rPr>
                <w:rFonts w:ascii="Times New Roman" w:hAnsi="Times New Roman"/>
              </w:rPr>
              <w:t>13.00</w:t>
            </w:r>
          </w:p>
        </w:tc>
        <w:tc>
          <w:tcPr>
            <w:tcW w:w="4600" w:type="dxa"/>
            <w:vAlign w:val="center"/>
          </w:tcPr>
          <w:p w14:paraId="4DA8A91B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18.08.2026 </w:t>
            </w:r>
          </w:p>
        </w:tc>
      </w:tr>
      <w:tr w:rsidR="006B6F43" w14:paraId="46D61E2B" w14:textId="77777777">
        <w:trPr>
          <w:jc w:val="center"/>
        </w:trPr>
        <w:tc>
          <w:tcPr>
            <w:tcW w:w="3000" w:type="dxa"/>
            <w:vAlign w:val="center"/>
          </w:tcPr>
          <w:p w14:paraId="06678044" w14:textId="77777777" w:rsidR="00FD74C3" w:rsidRPr="006E69E4" w:rsidRDefault="00000000">
            <w:pPr>
              <w:rPr>
                <w:lang w:val="tr-TR"/>
              </w:rPr>
            </w:pPr>
            <w:r w:rsidRPr="006E69E4">
              <w:rPr>
                <w:rFonts w:ascii="Times New Roman" w:hAnsi="Times New Roman"/>
                <w:lang w:val="tr-TR"/>
              </w:rPr>
              <w:t>Divan Edebiyatı</w:t>
            </w:r>
          </w:p>
        </w:tc>
        <w:tc>
          <w:tcPr>
            <w:tcW w:w="1500" w:type="dxa"/>
            <w:vAlign w:val="center"/>
          </w:tcPr>
          <w:p w14:paraId="4BB06B99" w14:textId="77777777" w:rsidR="006B6F43" w:rsidRDefault="00000000">
            <w:pPr>
              <w:jc w:val="center"/>
            </w:pPr>
            <w:r>
              <w:rPr>
                <w:rFonts w:ascii="Times New Roman" w:hAnsi="Times New Roman"/>
              </w:rPr>
              <w:t>13.00</w:t>
            </w:r>
          </w:p>
        </w:tc>
        <w:tc>
          <w:tcPr>
            <w:tcW w:w="4600" w:type="dxa"/>
            <w:vAlign w:val="center"/>
          </w:tcPr>
          <w:p w14:paraId="4A1C9D94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</w:rPr>
              <w:t>19.08.2026</w:t>
            </w:r>
          </w:p>
        </w:tc>
      </w:tr>
      <w:tr w:rsidR="006B6F43" w14:paraId="2E5E8008" w14:textId="77777777">
        <w:trPr>
          <w:jc w:val="center"/>
        </w:trPr>
        <w:tc>
          <w:tcPr>
            <w:tcW w:w="3000" w:type="dxa"/>
            <w:vAlign w:val="center"/>
          </w:tcPr>
          <w:p w14:paraId="1F502493" w14:textId="77777777" w:rsidR="00FD74C3" w:rsidRPr="006E69E4" w:rsidRDefault="00000000">
            <w:pPr>
              <w:rPr>
                <w:lang w:val="tr-TR"/>
              </w:rPr>
            </w:pPr>
            <w:r w:rsidRPr="006E69E4">
              <w:rPr>
                <w:rFonts w:ascii="Times New Roman" w:hAnsi="Times New Roman"/>
                <w:lang w:val="tr-TR"/>
              </w:rPr>
              <w:t>Bitirme Tezi</w:t>
            </w:r>
          </w:p>
        </w:tc>
        <w:tc>
          <w:tcPr>
            <w:tcW w:w="1500" w:type="dxa"/>
            <w:vAlign w:val="center"/>
          </w:tcPr>
          <w:p w14:paraId="6097E3C8" w14:textId="77777777" w:rsidR="006B6F43" w:rsidRDefault="00000000">
            <w:pPr>
              <w:jc w:val="center"/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4600" w:type="dxa"/>
            <w:vAlign w:val="center"/>
          </w:tcPr>
          <w:p w14:paraId="3E0A5B54" w14:textId="77777777" w:rsidR="00FD74C3" w:rsidRDefault="00000000">
            <w:pPr>
              <w:jc w:val="center"/>
            </w:pPr>
            <w:r>
              <w:rPr>
                <w:rFonts w:ascii="Times New Roman" w:hAnsi="Times New Roman"/>
              </w:rPr>
              <w:t xml:space="preserve">19.08.2026 </w:t>
            </w:r>
          </w:p>
        </w:tc>
      </w:tr>
      <w:tr w:rsidR="006E69E4" w14:paraId="02F69570" w14:textId="77777777">
        <w:trPr>
          <w:jc w:val="center"/>
        </w:trPr>
        <w:tc>
          <w:tcPr>
            <w:tcW w:w="3000" w:type="dxa"/>
            <w:vAlign w:val="center"/>
          </w:tcPr>
          <w:p w14:paraId="3129EEBD" w14:textId="76280B74" w:rsidR="006E69E4" w:rsidRPr="006E69E4" w:rsidRDefault="006E69E4">
            <w:pPr>
              <w:rPr>
                <w:rFonts w:ascii="Times New Roman" w:hAnsi="Times New Roman"/>
                <w:lang w:val="tr-TR"/>
              </w:rPr>
            </w:pPr>
            <w:r w:rsidRPr="006E69E4">
              <w:rPr>
                <w:rFonts w:ascii="Times New Roman" w:hAnsi="Times New Roman"/>
                <w:lang w:val="tr-TR"/>
              </w:rPr>
              <w:t xml:space="preserve">Feminizm Çalışmaları </w:t>
            </w:r>
          </w:p>
        </w:tc>
        <w:tc>
          <w:tcPr>
            <w:tcW w:w="1500" w:type="dxa"/>
            <w:vAlign w:val="center"/>
          </w:tcPr>
          <w:p w14:paraId="30B89B9B" w14:textId="4A279FA4" w:rsidR="006E69E4" w:rsidRDefault="006E6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</w:p>
        </w:tc>
        <w:tc>
          <w:tcPr>
            <w:tcW w:w="4600" w:type="dxa"/>
            <w:vAlign w:val="center"/>
          </w:tcPr>
          <w:p w14:paraId="35366612" w14:textId="23663144" w:rsidR="006E69E4" w:rsidRDefault="006E6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19.08.2026</w:t>
            </w:r>
          </w:p>
        </w:tc>
      </w:tr>
    </w:tbl>
    <w:p w14:paraId="7A627690" w14:textId="77777777" w:rsidR="000C5E66" w:rsidRDefault="000C5E66"/>
    <w:sectPr w:rsidR="000C5E66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4165543">
    <w:abstractNumId w:val="8"/>
  </w:num>
  <w:num w:numId="2" w16cid:durableId="311447527">
    <w:abstractNumId w:val="6"/>
  </w:num>
  <w:num w:numId="3" w16cid:durableId="501238214">
    <w:abstractNumId w:val="5"/>
  </w:num>
  <w:num w:numId="4" w16cid:durableId="1218708041">
    <w:abstractNumId w:val="4"/>
  </w:num>
  <w:num w:numId="5" w16cid:durableId="2035501573">
    <w:abstractNumId w:val="7"/>
  </w:num>
  <w:num w:numId="6" w16cid:durableId="598871989">
    <w:abstractNumId w:val="3"/>
  </w:num>
  <w:num w:numId="7" w16cid:durableId="617106236">
    <w:abstractNumId w:val="2"/>
  </w:num>
  <w:num w:numId="8" w16cid:durableId="157769069">
    <w:abstractNumId w:val="1"/>
  </w:num>
  <w:num w:numId="9" w16cid:durableId="193222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E66"/>
    <w:rsid w:val="0015074B"/>
    <w:rsid w:val="0029639D"/>
    <w:rsid w:val="00326F90"/>
    <w:rsid w:val="0054235F"/>
    <w:rsid w:val="006B6F43"/>
    <w:rsid w:val="006E69E4"/>
    <w:rsid w:val="00820BC3"/>
    <w:rsid w:val="00AA1D8D"/>
    <w:rsid w:val="00B47730"/>
    <w:rsid w:val="00CB0664"/>
    <w:rsid w:val="00D13591"/>
    <w:rsid w:val="00FC693F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DDE57"/>
  <w14:defaultImageDpi w14:val="300"/>
  <w15:docId w15:val="{F7E9B8CB-04F3-4277-823B-AB26E6E4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Caglayandogn@gmail.com</cp:lastModifiedBy>
  <cp:revision>3</cp:revision>
  <dcterms:created xsi:type="dcterms:W3CDTF">2013-12-23T23:15:00Z</dcterms:created>
  <dcterms:modified xsi:type="dcterms:W3CDTF">2026-08-17T20:28:00Z</dcterms:modified>
  <cp:category/>
</cp:coreProperties>
</file>